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ECA5DB" w14:textId="7610BA66" w:rsidR="004201D1" w:rsidRPr="00DF0167" w:rsidRDefault="00DF0167" w:rsidP="00DF0167">
      <w:pPr>
        <w:rPr>
          <w:sz w:val="24"/>
          <w:szCs w:val="24"/>
          <w:lang w:eastAsia="ja-JP"/>
        </w:rPr>
      </w:pPr>
      <w:r>
        <w:rPr>
          <w:rFonts w:hint="eastAsia"/>
          <w:sz w:val="24"/>
          <w:szCs w:val="24"/>
          <w:lang w:eastAsia="ja-JP"/>
        </w:rPr>
        <w:t>（</w:t>
      </w:r>
      <w:r w:rsidR="007D3A21" w:rsidRPr="00DF0167">
        <w:rPr>
          <w:sz w:val="24"/>
          <w:szCs w:val="24"/>
          <w:lang w:eastAsia="ja-JP"/>
        </w:rPr>
        <w:t>様式第</w:t>
      </w:r>
      <w:r w:rsidR="00F67180" w:rsidRPr="00DF0167">
        <w:rPr>
          <w:rFonts w:hint="eastAsia"/>
          <w:sz w:val="24"/>
          <w:szCs w:val="24"/>
          <w:lang w:eastAsia="ja-JP"/>
        </w:rPr>
        <w:t>５</w:t>
      </w:r>
      <w:r w:rsidR="007D3A21" w:rsidRPr="00DF0167">
        <w:rPr>
          <w:sz w:val="24"/>
          <w:szCs w:val="24"/>
          <w:lang w:eastAsia="ja-JP"/>
        </w:rPr>
        <w:t>号</w:t>
      </w:r>
      <w:r>
        <w:rPr>
          <w:rFonts w:hint="eastAsia"/>
          <w:sz w:val="24"/>
          <w:szCs w:val="24"/>
          <w:lang w:eastAsia="ja-JP"/>
        </w:rPr>
        <w:t>）</w:t>
      </w:r>
    </w:p>
    <w:p w14:paraId="5BA3A1B8" w14:textId="77777777" w:rsidR="004201D1" w:rsidRPr="00DF0167" w:rsidRDefault="007D3A21">
      <w:pPr>
        <w:jc w:val="center"/>
        <w:rPr>
          <w:sz w:val="24"/>
          <w:szCs w:val="24"/>
          <w:lang w:eastAsia="ja-JP"/>
        </w:rPr>
      </w:pPr>
      <w:r w:rsidRPr="00DF0167">
        <w:rPr>
          <w:b/>
          <w:sz w:val="24"/>
          <w:szCs w:val="24"/>
          <w:lang w:eastAsia="ja-JP"/>
        </w:rPr>
        <w:t>スノーモービル保有・確保状況調書</w:t>
      </w:r>
    </w:p>
    <w:p w14:paraId="2F7FE902" w14:textId="77777777" w:rsidR="004201D1" w:rsidRPr="00DF0167" w:rsidRDefault="007D3A21">
      <w:pPr>
        <w:jc w:val="right"/>
        <w:rPr>
          <w:sz w:val="24"/>
          <w:szCs w:val="24"/>
        </w:rPr>
      </w:pPr>
      <w:proofErr w:type="spellStart"/>
      <w:r w:rsidRPr="00DF0167">
        <w:rPr>
          <w:sz w:val="24"/>
          <w:szCs w:val="24"/>
        </w:rPr>
        <w:t>令和</w:t>
      </w:r>
      <w:proofErr w:type="spellEnd"/>
      <w:r w:rsidRPr="00DF0167">
        <w:rPr>
          <w:sz w:val="24"/>
          <w:szCs w:val="24"/>
        </w:rPr>
        <w:t xml:space="preserve">　　年　　月　　日</w:t>
      </w:r>
    </w:p>
    <w:p w14:paraId="6F3B2220" w14:textId="77777777" w:rsidR="007D3A21" w:rsidRPr="00DF0167" w:rsidRDefault="007D3A21" w:rsidP="007D3A21">
      <w:pPr>
        <w:spacing w:line="240" w:lineRule="atLeast"/>
        <w:ind w:firstLineChars="100" w:firstLine="240"/>
        <w:rPr>
          <w:sz w:val="24"/>
          <w:szCs w:val="24"/>
          <w:lang w:eastAsia="ja-JP"/>
        </w:rPr>
      </w:pPr>
      <w:r w:rsidRPr="00DF0167">
        <w:rPr>
          <w:sz w:val="24"/>
          <w:szCs w:val="24"/>
          <w:lang w:eastAsia="ja-JP"/>
        </w:rPr>
        <w:t>第100回全日本学生スキー選手権大会</w:t>
      </w:r>
    </w:p>
    <w:p w14:paraId="4A9917F7" w14:textId="254FFE4C" w:rsidR="007D3A21" w:rsidRPr="00DF0167" w:rsidRDefault="007D3A21" w:rsidP="007D3A21">
      <w:pPr>
        <w:spacing w:line="240" w:lineRule="atLeast"/>
        <w:ind w:firstLineChars="200" w:firstLine="480"/>
        <w:rPr>
          <w:sz w:val="24"/>
          <w:szCs w:val="24"/>
          <w:lang w:eastAsia="ja-JP"/>
        </w:rPr>
      </w:pPr>
      <w:r w:rsidRPr="00DF0167">
        <w:rPr>
          <w:sz w:val="24"/>
          <w:szCs w:val="24"/>
          <w:lang w:eastAsia="ja-JP"/>
        </w:rPr>
        <w:t>大鰐町実行委員会</w:t>
      </w:r>
      <w:r w:rsidRPr="00DF0167">
        <w:rPr>
          <w:rFonts w:hint="eastAsia"/>
          <w:sz w:val="24"/>
          <w:szCs w:val="24"/>
          <w:lang w:eastAsia="ja-JP"/>
        </w:rPr>
        <w:t xml:space="preserve">　会長　山　田　年　伸　</w:t>
      </w:r>
      <w:r w:rsidRPr="00DF0167">
        <w:rPr>
          <w:sz w:val="24"/>
          <w:szCs w:val="24"/>
          <w:lang w:eastAsia="ja-JP"/>
        </w:rPr>
        <w:t xml:space="preserve">　様</w:t>
      </w:r>
    </w:p>
    <w:p w14:paraId="780323E5" w14:textId="77777777" w:rsidR="007D3A21" w:rsidRPr="00DF0167" w:rsidRDefault="007D3A21" w:rsidP="00DF0167">
      <w:pPr>
        <w:spacing w:line="240" w:lineRule="auto"/>
        <w:ind w:firstLineChars="3307" w:firstLine="7937"/>
        <w:rPr>
          <w:sz w:val="24"/>
          <w:szCs w:val="24"/>
          <w:lang w:eastAsia="ja-JP"/>
        </w:rPr>
      </w:pPr>
      <w:r w:rsidRPr="00DF0167">
        <w:rPr>
          <w:sz w:val="24"/>
          <w:szCs w:val="24"/>
          <w:lang w:eastAsia="ja-JP"/>
        </w:rPr>
        <w:t>所在地</w:t>
      </w:r>
    </w:p>
    <w:p w14:paraId="295DBF57" w14:textId="77777777" w:rsidR="007D3A21" w:rsidRPr="00DF0167" w:rsidRDefault="007D3A21" w:rsidP="00DF0167">
      <w:pPr>
        <w:spacing w:line="240" w:lineRule="auto"/>
        <w:ind w:firstLineChars="3307" w:firstLine="7937"/>
        <w:rPr>
          <w:sz w:val="24"/>
          <w:szCs w:val="24"/>
          <w:lang w:eastAsia="ja-JP"/>
        </w:rPr>
      </w:pPr>
      <w:r w:rsidRPr="00DF0167">
        <w:rPr>
          <w:sz w:val="24"/>
          <w:szCs w:val="24"/>
          <w:lang w:eastAsia="ja-JP"/>
        </w:rPr>
        <w:t>商号又は名称</w:t>
      </w:r>
    </w:p>
    <w:p w14:paraId="74E08142" w14:textId="0C8231B1" w:rsidR="004201D1" w:rsidRPr="00DF0167" w:rsidRDefault="007D3A21" w:rsidP="00DF0167">
      <w:pPr>
        <w:spacing w:line="240" w:lineRule="auto"/>
        <w:ind w:firstLineChars="3307" w:firstLine="7937"/>
        <w:rPr>
          <w:sz w:val="24"/>
          <w:szCs w:val="24"/>
          <w:lang w:eastAsia="ja-JP"/>
        </w:rPr>
      </w:pPr>
      <w:r w:rsidRPr="00DF0167">
        <w:rPr>
          <w:sz w:val="24"/>
          <w:szCs w:val="24"/>
          <w:lang w:eastAsia="ja-JP"/>
        </w:rPr>
        <w:t>代表者氏名　　　　　　　　　　　　　　　　印</w:t>
      </w:r>
    </w:p>
    <w:p w14:paraId="6412C212" w14:textId="77777777" w:rsidR="007D3A21" w:rsidRPr="00DF0167" w:rsidRDefault="007D3A21" w:rsidP="007D3A21">
      <w:pPr>
        <w:spacing w:line="240" w:lineRule="auto"/>
        <w:rPr>
          <w:sz w:val="24"/>
          <w:szCs w:val="24"/>
          <w:lang w:eastAsia="ja-JP"/>
        </w:rPr>
      </w:pPr>
    </w:p>
    <w:p w14:paraId="63CBB231" w14:textId="77777777" w:rsidR="004201D1" w:rsidRPr="00DF0167" w:rsidRDefault="007D3A21" w:rsidP="007D3A21">
      <w:pPr>
        <w:ind w:firstLineChars="100" w:firstLine="240"/>
        <w:rPr>
          <w:sz w:val="24"/>
          <w:szCs w:val="24"/>
          <w:lang w:eastAsia="ja-JP"/>
        </w:rPr>
      </w:pPr>
      <w:r w:rsidRPr="00DF0167">
        <w:rPr>
          <w:sz w:val="24"/>
          <w:szCs w:val="24"/>
          <w:lang w:eastAsia="ja-JP"/>
        </w:rPr>
        <w:t>「第100回全日本学生スキー選手権大会」スノーモービル運行業務委託に係る入札参加資格の確認のため、下記のとおりスノーモービルの保有・確保状況を提出します。</w:t>
      </w:r>
    </w:p>
    <w:tbl>
      <w:tblPr>
        <w:tblStyle w:val="afe"/>
        <w:tblW w:w="0" w:type="auto"/>
        <w:tblLook w:val="04A0" w:firstRow="1" w:lastRow="0" w:firstColumn="1" w:lastColumn="0" w:noHBand="0" w:noVBand="1"/>
      </w:tblPr>
      <w:tblGrid>
        <w:gridCol w:w="532"/>
        <w:gridCol w:w="2660"/>
        <w:gridCol w:w="2382"/>
        <w:gridCol w:w="2381"/>
        <w:gridCol w:w="985"/>
        <w:gridCol w:w="1962"/>
        <w:gridCol w:w="2660"/>
      </w:tblGrid>
      <w:tr w:rsidR="007D3A21" w14:paraId="533FAA95" w14:textId="77777777" w:rsidTr="007D3A21">
        <w:tc>
          <w:tcPr>
            <w:tcW w:w="534" w:type="dxa"/>
          </w:tcPr>
          <w:p w14:paraId="500B7248" w14:textId="2BD3077C" w:rsidR="007D3A21" w:rsidRDefault="007D3A21" w:rsidP="007D3A21">
            <w:pPr>
              <w:jc w:val="center"/>
              <w:rPr>
                <w:lang w:eastAsia="ja-JP"/>
              </w:rPr>
            </w:pPr>
            <w:r>
              <w:rPr>
                <w:rFonts w:hint="eastAsia"/>
                <w:lang w:eastAsia="ja-JP"/>
              </w:rPr>
              <w:t>No</w:t>
            </w:r>
          </w:p>
        </w:tc>
        <w:tc>
          <w:tcPr>
            <w:tcW w:w="2693" w:type="dxa"/>
          </w:tcPr>
          <w:p w14:paraId="622C1C74" w14:textId="7580A405" w:rsidR="007D3A21" w:rsidRDefault="007D3A21" w:rsidP="007D3A21">
            <w:pPr>
              <w:jc w:val="center"/>
              <w:rPr>
                <w:lang w:eastAsia="ja-JP"/>
              </w:rPr>
            </w:pPr>
            <w:r>
              <w:rPr>
                <w:rFonts w:hint="eastAsia"/>
                <w:lang w:eastAsia="ja-JP"/>
              </w:rPr>
              <w:t>メーカー</w:t>
            </w:r>
          </w:p>
        </w:tc>
        <w:tc>
          <w:tcPr>
            <w:tcW w:w="2410" w:type="dxa"/>
          </w:tcPr>
          <w:p w14:paraId="514C8859" w14:textId="114D4F7E" w:rsidR="007D3A21" w:rsidRDefault="007D3A21" w:rsidP="007D3A21">
            <w:pPr>
              <w:jc w:val="center"/>
              <w:rPr>
                <w:lang w:eastAsia="ja-JP"/>
              </w:rPr>
            </w:pPr>
            <w:r>
              <w:rPr>
                <w:rFonts w:hint="eastAsia"/>
                <w:lang w:eastAsia="ja-JP"/>
              </w:rPr>
              <w:t>型式</w:t>
            </w:r>
          </w:p>
        </w:tc>
        <w:tc>
          <w:tcPr>
            <w:tcW w:w="2409" w:type="dxa"/>
          </w:tcPr>
          <w:p w14:paraId="0017A1FE" w14:textId="48D3CD65" w:rsidR="007D3A21" w:rsidRDefault="00F67180" w:rsidP="007D3A21">
            <w:pPr>
              <w:jc w:val="center"/>
              <w:rPr>
                <w:lang w:eastAsia="ja-JP"/>
              </w:rPr>
            </w:pPr>
            <w:r>
              <w:rPr>
                <w:rFonts w:hint="eastAsia"/>
                <w:lang w:eastAsia="ja-JP"/>
              </w:rPr>
              <w:t>車体</w:t>
            </w:r>
            <w:r w:rsidR="007D3A21">
              <w:rPr>
                <w:rFonts w:hint="eastAsia"/>
                <w:lang w:eastAsia="ja-JP"/>
              </w:rPr>
              <w:t>番号</w:t>
            </w:r>
          </w:p>
        </w:tc>
        <w:tc>
          <w:tcPr>
            <w:tcW w:w="993" w:type="dxa"/>
          </w:tcPr>
          <w:p w14:paraId="25AE30B7" w14:textId="494148C4" w:rsidR="007D3A21" w:rsidRDefault="007D3A21" w:rsidP="007D3A21">
            <w:pPr>
              <w:jc w:val="center"/>
              <w:rPr>
                <w:lang w:eastAsia="ja-JP"/>
              </w:rPr>
            </w:pPr>
            <w:r>
              <w:rPr>
                <w:rFonts w:hint="eastAsia"/>
                <w:lang w:eastAsia="ja-JP"/>
              </w:rPr>
              <w:t>台数</w:t>
            </w:r>
          </w:p>
        </w:tc>
        <w:tc>
          <w:tcPr>
            <w:tcW w:w="1984" w:type="dxa"/>
          </w:tcPr>
          <w:p w14:paraId="268FB31A" w14:textId="2C00C69C" w:rsidR="007D3A21" w:rsidRDefault="007D3A21" w:rsidP="007D3A21">
            <w:pPr>
              <w:jc w:val="center"/>
              <w:rPr>
                <w:lang w:eastAsia="ja-JP"/>
              </w:rPr>
            </w:pPr>
            <w:r>
              <w:rPr>
                <w:rFonts w:hint="eastAsia"/>
                <w:lang w:eastAsia="ja-JP"/>
              </w:rPr>
              <w:t>所有者</w:t>
            </w:r>
          </w:p>
        </w:tc>
        <w:tc>
          <w:tcPr>
            <w:tcW w:w="2693" w:type="dxa"/>
          </w:tcPr>
          <w:p w14:paraId="71D6ACA8" w14:textId="3E76E6A1" w:rsidR="007D3A21" w:rsidRDefault="007D3A21" w:rsidP="007D3A21">
            <w:pPr>
              <w:jc w:val="center"/>
              <w:rPr>
                <w:lang w:eastAsia="ja-JP"/>
              </w:rPr>
            </w:pPr>
            <w:r>
              <w:rPr>
                <w:rFonts w:hint="eastAsia"/>
                <w:lang w:eastAsia="ja-JP"/>
              </w:rPr>
              <w:t>確保方法</w:t>
            </w:r>
          </w:p>
        </w:tc>
      </w:tr>
      <w:tr w:rsidR="007D3A21" w14:paraId="5C9A3465" w14:textId="77777777" w:rsidTr="007D3A21">
        <w:trPr>
          <w:trHeight w:val="397"/>
        </w:trPr>
        <w:tc>
          <w:tcPr>
            <w:tcW w:w="534" w:type="dxa"/>
            <w:vAlign w:val="center"/>
          </w:tcPr>
          <w:p w14:paraId="4C7FFDAE" w14:textId="0F518324" w:rsidR="007D3A21" w:rsidRDefault="007D3A21" w:rsidP="007D3A21">
            <w:pPr>
              <w:jc w:val="center"/>
              <w:rPr>
                <w:lang w:eastAsia="ja-JP"/>
              </w:rPr>
            </w:pPr>
            <w:r>
              <w:rPr>
                <w:rFonts w:hint="eastAsia"/>
                <w:lang w:eastAsia="ja-JP"/>
              </w:rPr>
              <w:t>1</w:t>
            </w:r>
          </w:p>
        </w:tc>
        <w:tc>
          <w:tcPr>
            <w:tcW w:w="2693" w:type="dxa"/>
            <w:vAlign w:val="center"/>
          </w:tcPr>
          <w:p w14:paraId="6533D719" w14:textId="77777777" w:rsidR="007D3A21" w:rsidRDefault="007D3A21" w:rsidP="007D3A21">
            <w:pPr>
              <w:jc w:val="both"/>
              <w:rPr>
                <w:lang w:eastAsia="ja-JP"/>
              </w:rPr>
            </w:pPr>
          </w:p>
        </w:tc>
        <w:tc>
          <w:tcPr>
            <w:tcW w:w="2410" w:type="dxa"/>
            <w:vAlign w:val="center"/>
          </w:tcPr>
          <w:p w14:paraId="10CFC096" w14:textId="77777777" w:rsidR="007D3A21" w:rsidRDefault="007D3A21" w:rsidP="007D3A21">
            <w:pPr>
              <w:jc w:val="both"/>
              <w:rPr>
                <w:lang w:eastAsia="ja-JP"/>
              </w:rPr>
            </w:pPr>
          </w:p>
        </w:tc>
        <w:tc>
          <w:tcPr>
            <w:tcW w:w="2409" w:type="dxa"/>
            <w:vAlign w:val="center"/>
          </w:tcPr>
          <w:p w14:paraId="0D1C008E" w14:textId="77777777" w:rsidR="007D3A21" w:rsidRDefault="007D3A21" w:rsidP="007D3A21">
            <w:pPr>
              <w:jc w:val="both"/>
              <w:rPr>
                <w:lang w:eastAsia="ja-JP"/>
              </w:rPr>
            </w:pPr>
          </w:p>
        </w:tc>
        <w:tc>
          <w:tcPr>
            <w:tcW w:w="993" w:type="dxa"/>
            <w:vAlign w:val="center"/>
          </w:tcPr>
          <w:p w14:paraId="064DF4B2" w14:textId="77777777" w:rsidR="007D3A21" w:rsidRDefault="007D3A21" w:rsidP="007D3A21">
            <w:pPr>
              <w:jc w:val="both"/>
              <w:rPr>
                <w:lang w:eastAsia="ja-JP"/>
              </w:rPr>
            </w:pPr>
          </w:p>
        </w:tc>
        <w:tc>
          <w:tcPr>
            <w:tcW w:w="1984" w:type="dxa"/>
            <w:vAlign w:val="center"/>
          </w:tcPr>
          <w:p w14:paraId="77B11179" w14:textId="77777777" w:rsidR="007D3A21" w:rsidRDefault="007D3A21" w:rsidP="007D3A21">
            <w:pPr>
              <w:jc w:val="both"/>
              <w:rPr>
                <w:lang w:eastAsia="ja-JP"/>
              </w:rPr>
            </w:pPr>
          </w:p>
        </w:tc>
        <w:tc>
          <w:tcPr>
            <w:tcW w:w="2693" w:type="dxa"/>
            <w:vAlign w:val="center"/>
          </w:tcPr>
          <w:p w14:paraId="5EF853BA" w14:textId="77777777" w:rsidR="007D3A21" w:rsidRDefault="007D3A21" w:rsidP="007D3A21">
            <w:pPr>
              <w:jc w:val="both"/>
              <w:rPr>
                <w:lang w:eastAsia="ja-JP"/>
              </w:rPr>
            </w:pPr>
          </w:p>
        </w:tc>
      </w:tr>
      <w:tr w:rsidR="007D3A21" w14:paraId="235D2560" w14:textId="77777777" w:rsidTr="007D3A21">
        <w:trPr>
          <w:trHeight w:val="397"/>
        </w:trPr>
        <w:tc>
          <w:tcPr>
            <w:tcW w:w="534" w:type="dxa"/>
            <w:vAlign w:val="center"/>
          </w:tcPr>
          <w:p w14:paraId="22D8EBEC" w14:textId="033758D2" w:rsidR="007D3A21" w:rsidRDefault="007D3A21" w:rsidP="007D3A21">
            <w:pPr>
              <w:jc w:val="center"/>
              <w:rPr>
                <w:lang w:eastAsia="ja-JP"/>
              </w:rPr>
            </w:pPr>
            <w:r>
              <w:rPr>
                <w:rFonts w:hint="eastAsia"/>
                <w:lang w:eastAsia="ja-JP"/>
              </w:rPr>
              <w:t>2</w:t>
            </w:r>
          </w:p>
        </w:tc>
        <w:tc>
          <w:tcPr>
            <w:tcW w:w="2693" w:type="dxa"/>
            <w:vAlign w:val="center"/>
          </w:tcPr>
          <w:p w14:paraId="76DF7F6B" w14:textId="77777777" w:rsidR="007D3A21" w:rsidRDefault="007D3A21" w:rsidP="007D3A21">
            <w:pPr>
              <w:jc w:val="both"/>
              <w:rPr>
                <w:lang w:eastAsia="ja-JP"/>
              </w:rPr>
            </w:pPr>
          </w:p>
        </w:tc>
        <w:tc>
          <w:tcPr>
            <w:tcW w:w="2410" w:type="dxa"/>
            <w:vAlign w:val="center"/>
          </w:tcPr>
          <w:p w14:paraId="77281F08" w14:textId="77777777" w:rsidR="007D3A21" w:rsidRDefault="007D3A21" w:rsidP="007D3A21">
            <w:pPr>
              <w:jc w:val="both"/>
              <w:rPr>
                <w:lang w:eastAsia="ja-JP"/>
              </w:rPr>
            </w:pPr>
          </w:p>
        </w:tc>
        <w:tc>
          <w:tcPr>
            <w:tcW w:w="2409" w:type="dxa"/>
            <w:vAlign w:val="center"/>
          </w:tcPr>
          <w:p w14:paraId="593B7D27" w14:textId="77777777" w:rsidR="007D3A21" w:rsidRDefault="007D3A21" w:rsidP="007D3A21">
            <w:pPr>
              <w:jc w:val="both"/>
              <w:rPr>
                <w:lang w:eastAsia="ja-JP"/>
              </w:rPr>
            </w:pPr>
          </w:p>
        </w:tc>
        <w:tc>
          <w:tcPr>
            <w:tcW w:w="993" w:type="dxa"/>
            <w:vAlign w:val="center"/>
          </w:tcPr>
          <w:p w14:paraId="5A3D15C3" w14:textId="77777777" w:rsidR="007D3A21" w:rsidRDefault="007D3A21" w:rsidP="007D3A21">
            <w:pPr>
              <w:jc w:val="both"/>
              <w:rPr>
                <w:lang w:eastAsia="ja-JP"/>
              </w:rPr>
            </w:pPr>
          </w:p>
        </w:tc>
        <w:tc>
          <w:tcPr>
            <w:tcW w:w="1984" w:type="dxa"/>
            <w:vAlign w:val="center"/>
          </w:tcPr>
          <w:p w14:paraId="7478B673" w14:textId="77777777" w:rsidR="007D3A21" w:rsidRDefault="007D3A21" w:rsidP="007D3A21">
            <w:pPr>
              <w:jc w:val="both"/>
              <w:rPr>
                <w:lang w:eastAsia="ja-JP"/>
              </w:rPr>
            </w:pPr>
          </w:p>
        </w:tc>
        <w:tc>
          <w:tcPr>
            <w:tcW w:w="2693" w:type="dxa"/>
            <w:vAlign w:val="center"/>
          </w:tcPr>
          <w:p w14:paraId="55FC4719" w14:textId="77777777" w:rsidR="007D3A21" w:rsidRDefault="007D3A21" w:rsidP="007D3A21">
            <w:pPr>
              <w:jc w:val="both"/>
              <w:rPr>
                <w:lang w:eastAsia="ja-JP"/>
              </w:rPr>
            </w:pPr>
          </w:p>
        </w:tc>
      </w:tr>
      <w:tr w:rsidR="007D3A21" w14:paraId="422E11A0" w14:textId="77777777" w:rsidTr="007D3A21">
        <w:trPr>
          <w:trHeight w:val="397"/>
        </w:trPr>
        <w:tc>
          <w:tcPr>
            <w:tcW w:w="534" w:type="dxa"/>
            <w:vAlign w:val="center"/>
          </w:tcPr>
          <w:p w14:paraId="476F8C4C" w14:textId="74ECB50C" w:rsidR="007D3A21" w:rsidRDefault="007D3A21" w:rsidP="007D3A21">
            <w:pPr>
              <w:jc w:val="center"/>
              <w:rPr>
                <w:lang w:eastAsia="ja-JP"/>
              </w:rPr>
            </w:pPr>
            <w:r>
              <w:rPr>
                <w:rFonts w:hint="eastAsia"/>
                <w:lang w:eastAsia="ja-JP"/>
              </w:rPr>
              <w:t>3</w:t>
            </w:r>
          </w:p>
        </w:tc>
        <w:tc>
          <w:tcPr>
            <w:tcW w:w="2693" w:type="dxa"/>
            <w:vAlign w:val="center"/>
          </w:tcPr>
          <w:p w14:paraId="1D6610D6" w14:textId="77777777" w:rsidR="007D3A21" w:rsidRDefault="007D3A21" w:rsidP="007D3A21">
            <w:pPr>
              <w:jc w:val="both"/>
              <w:rPr>
                <w:lang w:eastAsia="ja-JP"/>
              </w:rPr>
            </w:pPr>
          </w:p>
        </w:tc>
        <w:tc>
          <w:tcPr>
            <w:tcW w:w="2410" w:type="dxa"/>
            <w:vAlign w:val="center"/>
          </w:tcPr>
          <w:p w14:paraId="6FA09152" w14:textId="77777777" w:rsidR="007D3A21" w:rsidRDefault="007D3A21" w:rsidP="007D3A21">
            <w:pPr>
              <w:jc w:val="both"/>
              <w:rPr>
                <w:lang w:eastAsia="ja-JP"/>
              </w:rPr>
            </w:pPr>
          </w:p>
        </w:tc>
        <w:tc>
          <w:tcPr>
            <w:tcW w:w="2409" w:type="dxa"/>
            <w:vAlign w:val="center"/>
          </w:tcPr>
          <w:p w14:paraId="7DF3DDBD" w14:textId="77777777" w:rsidR="007D3A21" w:rsidRDefault="007D3A21" w:rsidP="007D3A21">
            <w:pPr>
              <w:jc w:val="both"/>
              <w:rPr>
                <w:lang w:eastAsia="ja-JP"/>
              </w:rPr>
            </w:pPr>
          </w:p>
        </w:tc>
        <w:tc>
          <w:tcPr>
            <w:tcW w:w="993" w:type="dxa"/>
            <w:vAlign w:val="center"/>
          </w:tcPr>
          <w:p w14:paraId="0F8E8BAE" w14:textId="77777777" w:rsidR="007D3A21" w:rsidRDefault="007D3A21" w:rsidP="007D3A21">
            <w:pPr>
              <w:jc w:val="both"/>
              <w:rPr>
                <w:lang w:eastAsia="ja-JP"/>
              </w:rPr>
            </w:pPr>
          </w:p>
        </w:tc>
        <w:tc>
          <w:tcPr>
            <w:tcW w:w="1984" w:type="dxa"/>
            <w:vAlign w:val="center"/>
          </w:tcPr>
          <w:p w14:paraId="6A915AF7" w14:textId="77777777" w:rsidR="007D3A21" w:rsidRDefault="007D3A21" w:rsidP="007D3A21">
            <w:pPr>
              <w:jc w:val="both"/>
              <w:rPr>
                <w:lang w:eastAsia="ja-JP"/>
              </w:rPr>
            </w:pPr>
          </w:p>
        </w:tc>
        <w:tc>
          <w:tcPr>
            <w:tcW w:w="2693" w:type="dxa"/>
            <w:vAlign w:val="center"/>
          </w:tcPr>
          <w:p w14:paraId="655B9DE1" w14:textId="77777777" w:rsidR="007D3A21" w:rsidRDefault="007D3A21" w:rsidP="007D3A21">
            <w:pPr>
              <w:jc w:val="both"/>
              <w:rPr>
                <w:lang w:eastAsia="ja-JP"/>
              </w:rPr>
            </w:pPr>
          </w:p>
        </w:tc>
      </w:tr>
      <w:tr w:rsidR="007D3A21" w14:paraId="7762355B" w14:textId="77777777" w:rsidTr="007D3A21">
        <w:trPr>
          <w:trHeight w:val="397"/>
        </w:trPr>
        <w:tc>
          <w:tcPr>
            <w:tcW w:w="534" w:type="dxa"/>
            <w:vAlign w:val="center"/>
          </w:tcPr>
          <w:p w14:paraId="7C66F02D" w14:textId="794AD1C9" w:rsidR="007D3A21" w:rsidRDefault="007D3A21" w:rsidP="007D3A21">
            <w:pPr>
              <w:jc w:val="center"/>
              <w:rPr>
                <w:lang w:eastAsia="ja-JP"/>
              </w:rPr>
            </w:pPr>
            <w:r>
              <w:rPr>
                <w:rFonts w:hint="eastAsia"/>
                <w:lang w:eastAsia="ja-JP"/>
              </w:rPr>
              <w:t>4</w:t>
            </w:r>
          </w:p>
        </w:tc>
        <w:tc>
          <w:tcPr>
            <w:tcW w:w="2693" w:type="dxa"/>
            <w:vAlign w:val="center"/>
          </w:tcPr>
          <w:p w14:paraId="1418F260" w14:textId="77777777" w:rsidR="007D3A21" w:rsidRDefault="007D3A21" w:rsidP="007D3A21">
            <w:pPr>
              <w:jc w:val="both"/>
              <w:rPr>
                <w:lang w:eastAsia="ja-JP"/>
              </w:rPr>
            </w:pPr>
          </w:p>
        </w:tc>
        <w:tc>
          <w:tcPr>
            <w:tcW w:w="2410" w:type="dxa"/>
            <w:vAlign w:val="center"/>
          </w:tcPr>
          <w:p w14:paraId="1C170274" w14:textId="77777777" w:rsidR="007D3A21" w:rsidRDefault="007D3A21" w:rsidP="007D3A21">
            <w:pPr>
              <w:jc w:val="both"/>
              <w:rPr>
                <w:lang w:eastAsia="ja-JP"/>
              </w:rPr>
            </w:pPr>
          </w:p>
        </w:tc>
        <w:tc>
          <w:tcPr>
            <w:tcW w:w="2409" w:type="dxa"/>
            <w:vAlign w:val="center"/>
          </w:tcPr>
          <w:p w14:paraId="39C5CABF" w14:textId="77777777" w:rsidR="007D3A21" w:rsidRDefault="007D3A21" w:rsidP="007D3A21">
            <w:pPr>
              <w:jc w:val="both"/>
              <w:rPr>
                <w:lang w:eastAsia="ja-JP"/>
              </w:rPr>
            </w:pPr>
          </w:p>
        </w:tc>
        <w:tc>
          <w:tcPr>
            <w:tcW w:w="993" w:type="dxa"/>
            <w:vAlign w:val="center"/>
          </w:tcPr>
          <w:p w14:paraId="73FFDA79" w14:textId="77777777" w:rsidR="007D3A21" w:rsidRDefault="007D3A21" w:rsidP="007D3A21">
            <w:pPr>
              <w:jc w:val="both"/>
              <w:rPr>
                <w:lang w:eastAsia="ja-JP"/>
              </w:rPr>
            </w:pPr>
          </w:p>
        </w:tc>
        <w:tc>
          <w:tcPr>
            <w:tcW w:w="1984" w:type="dxa"/>
            <w:vAlign w:val="center"/>
          </w:tcPr>
          <w:p w14:paraId="396D5309" w14:textId="77777777" w:rsidR="007D3A21" w:rsidRDefault="007D3A21" w:rsidP="007D3A21">
            <w:pPr>
              <w:jc w:val="both"/>
              <w:rPr>
                <w:lang w:eastAsia="ja-JP"/>
              </w:rPr>
            </w:pPr>
          </w:p>
        </w:tc>
        <w:tc>
          <w:tcPr>
            <w:tcW w:w="2693" w:type="dxa"/>
            <w:vAlign w:val="center"/>
          </w:tcPr>
          <w:p w14:paraId="32175C82" w14:textId="77777777" w:rsidR="007D3A21" w:rsidRDefault="007D3A21" w:rsidP="007D3A21">
            <w:pPr>
              <w:jc w:val="both"/>
              <w:rPr>
                <w:lang w:eastAsia="ja-JP"/>
              </w:rPr>
            </w:pPr>
          </w:p>
        </w:tc>
      </w:tr>
      <w:tr w:rsidR="007D3A21" w14:paraId="6E13578C" w14:textId="77777777" w:rsidTr="007D3A21">
        <w:trPr>
          <w:trHeight w:val="397"/>
        </w:trPr>
        <w:tc>
          <w:tcPr>
            <w:tcW w:w="534" w:type="dxa"/>
            <w:vAlign w:val="center"/>
          </w:tcPr>
          <w:p w14:paraId="0DA5E4A4" w14:textId="1C2E98E3" w:rsidR="007D3A21" w:rsidRDefault="007D3A21" w:rsidP="007D3A21">
            <w:pPr>
              <w:jc w:val="center"/>
              <w:rPr>
                <w:lang w:eastAsia="ja-JP"/>
              </w:rPr>
            </w:pPr>
            <w:r>
              <w:rPr>
                <w:rFonts w:hint="eastAsia"/>
                <w:lang w:eastAsia="ja-JP"/>
              </w:rPr>
              <w:t>5</w:t>
            </w:r>
          </w:p>
        </w:tc>
        <w:tc>
          <w:tcPr>
            <w:tcW w:w="2693" w:type="dxa"/>
            <w:vAlign w:val="center"/>
          </w:tcPr>
          <w:p w14:paraId="30410F5E" w14:textId="77777777" w:rsidR="007D3A21" w:rsidRDefault="007D3A21" w:rsidP="007D3A21">
            <w:pPr>
              <w:jc w:val="both"/>
              <w:rPr>
                <w:lang w:eastAsia="ja-JP"/>
              </w:rPr>
            </w:pPr>
          </w:p>
        </w:tc>
        <w:tc>
          <w:tcPr>
            <w:tcW w:w="2410" w:type="dxa"/>
            <w:vAlign w:val="center"/>
          </w:tcPr>
          <w:p w14:paraId="4AF74DEF" w14:textId="77777777" w:rsidR="007D3A21" w:rsidRDefault="007D3A21" w:rsidP="007D3A21">
            <w:pPr>
              <w:jc w:val="both"/>
              <w:rPr>
                <w:lang w:eastAsia="ja-JP"/>
              </w:rPr>
            </w:pPr>
          </w:p>
        </w:tc>
        <w:tc>
          <w:tcPr>
            <w:tcW w:w="2409" w:type="dxa"/>
            <w:vAlign w:val="center"/>
          </w:tcPr>
          <w:p w14:paraId="0C7599ED" w14:textId="77777777" w:rsidR="007D3A21" w:rsidRDefault="007D3A21" w:rsidP="007D3A21">
            <w:pPr>
              <w:jc w:val="both"/>
              <w:rPr>
                <w:lang w:eastAsia="ja-JP"/>
              </w:rPr>
            </w:pPr>
          </w:p>
        </w:tc>
        <w:tc>
          <w:tcPr>
            <w:tcW w:w="993" w:type="dxa"/>
            <w:vAlign w:val="center"/>
          </w:tcPr>
          <w:p w14:paraId="169ED33F" w14:textId="77777777" w:rsidR="007D3A21" w:rsidRDefault="007D3A21" w:rsidP="007D3A21">
            <w:pPr>
              <w:jc w:val="both"/>
              <w:rPr>
                <w:lang w:eastAsia="ja-JP"/>
              </w:rPr>
            </w:pPr>
          </w:p>
        </w:tc>
        <w:tc>
          <w:tcPr>
            <w:tcW w:w="1984" w:type="dxa"/>
            <w:vAlign w:val="center"/>
          </w:tcPr>
          <w:p w14:paraId="661AC990" w14:textId="77777777" w:rsidR="007D3A21" w:rsidRDefault="007D3A21" w:rsidP="007D3A21">
            <w:pPr>
              <w:jc w:val="both"/>
              <w:rPr>
                <w:lang w:eastAsia="ja-JP"/>
              </w:rPr>
            </w:pPr>
          </w:p>
        </w:tc>
        <w:tc>
          <w:tcPr>
            <w:tcW w:w="2693" w:type="dxa"/>
            <w:vAlign w:val="center"/>
          </w:tcPr>
          <w:p w14:paraId="2CB38390" w14:textId="77777777" w:rsidR="007D3A21" w:rsidRDefault="007D3A21" w:rsidP="007D3A21">
            <w:pPr>
              <w:jc w:val="both"/>
              <w:rPr>
                <w:lang w:eastAsia="ja-JP"/>
              </w:rPr>
            </w:pPr>
          </w:p>
        </w:tc>
      </w:tr>
      <w:tr w:rsidR="007D3A21" w14:paraId="65DDFABF" w14:textId="77777777" w:rsidTr="007D3A21">
        <w:trPr>
          <w:trHeight w:val="397"/>
        </w:trPr>
        <w:tc>
          <w:tcPr>
            <w:tcW w:w="534" w:type="dxa"/>
            <w:vAlign w:val="center"/>
          </w:tcPr>
          <w:p w14:paraId="77128FC4" w14:textId="7546FA13" w:rsidR="007D3A21" w:rsidRDefault="007D3A21" w:rsidP="007D3A21">
            <w:pPr>
              <w:jc w:val="center"/>
              <w:rPr>
                <w:lang w:eastAsia="ja-JP"/>
              </w:rPr>
            </w:pPr>
            <w:r>
              <w:rPr>
                <w:rFonts w:hint="eastAsia"/>
                <w:lang w:eastAsia="ja-JP"/>
              </w:rPr>
              <w:t>6</w:t>
            </w:r>
          </w:p>
        </w:tc>
        <w:tc>
          <w:tcPr>
            <w:tcW w:w="2693" w:type="dxa"/>
            <w:vAlign w:val="center"/>
          </w:tcPr>
          <w:p w14:paraId="1E22406D" w14:textId="77777777" w:rsidR="007D3A21" w:rsidRDefault="007D3A21" w:rsidP="007D3A21">
            <w:pPr>
              <w:jc w:val="both"/>
              <w:rPr>
                <w:lang w:eastAsia="ja-JP"/>
              </w:rPr>
            </w:pPr>
          </w:p>
        </w:tc>
        <w:tc>
          <w:tcPr>
            <w:tcW w:w="2410" w:type="dxa"/>
            <w:vAlign w:val="center"/>
          </w:tcPr>
          <w:p w14:paraId="230E5091" w14:textId="77777777" w:rsidR="007D3A21" w:rsidRDefault="007D3A21" w:rsidP="007D3A21">
            <w:pPr>
              <w:jc w:val="both"/>
              <w:rPr>
                <w:lang w:eastAsia="ja-JP"/>
              </w:rPr>
            </w:pPr>
          </w:p>
        </w:tc>
        <w:tc>
          <w:tcPr>
            <w:tcW w:w="2409" w:type="dxa"/>
            <w:vAlign w:val="center"/>
          </w:tcPr>
          <w:p w14:paraId="7735A2A3" w14:textId="77777777" w:rsidR="007D3A21" w:rsidRDefault="007D3A21" w:rsidP="007D3A21">
            <w:pPr>
              <w:jc w:val="both"/>
              <w:rPr>
                <w:lang w:eastAsia="ja-JP"/>
              </w:rPr>
            </w:pPr>
          </w:p>
        </w:tc>
        <w:tc>
          <w:tcPr>
            <w:tcW w:w="993" w:type="dxa"/>
            <w:vAlign w:val="center"/>
          </w:tcPr>
          <w:p w14:paraId="5FAD50DB" w14:textId="77777777" w:rsidR="007D3A21" w:rsidRDefault="007D3A21" w:rsidP="007D3A21">
            <w:pPr>
              <w:jc w:val="both"/>
              <w:rPr>
                <w:lang w:eastAsia="ja-JP"/>
              </w:rPr>
            </w:pPr>
          </w:p>
        </w:tc>
        <w:tc>
          <w:tcPr>
            <w:tcW w:w="1984" w:type="dxa"/>
            <w:vAlign w:val="center"/>
          </w:tcPr>
          <w:p w14:paraId="1703D553" w14:textId="77777777" w:rsidR="007D3A21" w:rsidRDefault="007D3A21" w:rsidP="007D3A21">
            <w:pPr>
              <w:jc w:val="both"/>
              <w:rPr>
                <w:lang w:eastAsia="ja-JP"/>
              </w:rPr>
            </w:pPr>
          </w:p>
        </w:tc>
        <w:tc>
          <w:tcPr>
            <w:tcW w:w="2693" w:type="dxa"/>
            <w:vAlign w:val="center"/>
          </w:tcPr>
          <w:p w14:paraId="091B9CFC" w14:textId="77777777" w:rsidR="007D3A21" w:rsidRDefault="007D3A21" w:rsidP="007D3A21">
            <w:pPr>
              <w:jc w:val="both"/>
              <w:rPr>
                <w:lang w:eastAsia="ja-JP"/>
              </w:rPr>
            </w:pPr>
          </w:p>
        </w:tc>
      </w:tr>
      <w:tr w:rsidR="007D3A21" w14:paraId="500CE040" w14:textId="77777777" w:rsidTr="007D3A21">
        <w:trPr>
          <w:trHeight w:val="397"/>
        </w:trPr>
        <w:tc>
          <w:tcPr>
            <w:tcW w:w="534" w:type="dxa"/>
            <w:vAlign w:val="center"/>
          </w:tcPr>
          <w:p w14:paraId="0FE96CA6" w14:textId="3E4359F4" w:rsidR="007D3A21" w:rsidRDefault="007D3A21" w:rsidP="007D3A21">
            <w:pPr>
              <w:jc w:val="center"/>
              <w:rPr>
                <w:lang w:eastAsia="ja-JP"/>
              </w:rPr>
            </w:pPr>
            <w:r>
              <w:rPr>
                <w:rFonts w:hint="eastAsia"/>
                <w:lang w:eastAsia="ja-JP"/>
              </w:rPr>
              <w:t>7</w:t>
            </w:r>
          </w:p>
        </w:tc>
        <w:tc>
          <w:tcPr>
            <w:tcW w:w="2693" w:type="dxa"/>
            <w:vAlign w:val="center"/>
          </w:tcPr>
          <w:p w14:paraId="08F9C811" w14:textId="77777777" w:rsidR="007D3A21" w:rsidRDefault="007D3A21" w:rsidP="007D3A21">
            <w:pPr>
              <w:jc w:val="both"/>
              <w:rPr>
                <w:lang w:eastAsia="ja-JP"/>
              </w:rPr>
            </w:pPr>
          </w:p>
        </w:tc>
        <w:tc>
          <w:tcPr>
            <w:tcW w:w="2410" w:type="dxa"/>
            <w:vAlign w:val="center"/>
          </w:tcPr>
          <w:p w14:paraId="717CEAA5" w14:textId="77777777" w:rsidR="007D3A21" w:rsidRDefault="007D3A21" w:rsidP="007D3A21">
            <w:pPr>
              <w:jc w:val="both"/>
              <w:rPr>
                <w:lang w:eastAsia="ja-JP"/>
              </w:rPr>
            </w:pPr>
          </w:p>
        </w:tc>
        <w:tc>
          <w:tcPr>
            <w:tcW w:w="2409" w:type="dxa"/>
            <w:vAlign w:val="center"/>
          </w:tcPr>
          <w:p w14:paraId="6042BE2A" w14:textId="77777777" w:rsidR="007D3A21" w:rsidRDefault="007D3A21" w:rsidP="007D3A21">
            <w:pPr>
              <w:jc w:val="both"/>
              <w:rPr>
                <w:lang w:eastAsia="ja-JP"/>
              </w:rPr>
            </w:pPr>
          </w:p>
        </w:tc>
        <w:tc>
          <w:tcPr>
            <w:tcW w:w="993" w:type="dxa"/>
            <w:vAlign w:val="center"/>
          </w:tcPr>
          <w:p w14:paraId="7B8645C5" w14:textId="77777777" w:rsidR="007D3A21" w:rsidRDefault="007D3A21" w:rsidP="007D3A21">
            <w:pPr>
              <w:jc w:val="both"/>
              <w:rPr>
                <w:lang w:eastAsia="ja-JP"/>
              </w:rPr>
            </w:pPr>
          </w:p>
        </w:tc>
        <w:tc>
          <w:tcPr>
            <w:tcW w:w="1984" w:type="dxa"/>
            <w:vAlign w:val="center"/>
          </w:tcPr>
          <w:p w14:paraId="692F81B6" w14:textId="77777777" w:rsidR="007D3A21" w:rsidRDefault="007D3A21" w:rsidP="007D3A21">
            <w:pPr>
              <w:jc w:val="both"/>
              <w:rPr>
                <w:lang w:eastAsia="ja-JP"/>
              </w:rPr>
            </w:pPr>
          </w:p>
        </w:tc>
        <w:tc>
          <w:tcPr>
            <w:tcW w:w="2693" w:type="dxa"/>
            <w:vAlign w:val="center"/>
          </w:tcPr>
          <w:p w14:paraId="5E9019BA" w14:textId="77777777" w:rsidR="007D3A21" w:rsidRDefault="007D3A21" w:rsidP="007D3A21">
            <w:pPr>
              <w:jc w:val="both"/>
              <w:rPr>
                <w:lang w:eastAsia="ja-JP"/>
              </w:rPr>
            </w:pPr>
          </w:p>
        </w:tc>
      </w:tr>
      <w:tr w:rsidR="007D3A21" w14:paraId="74606980" w14:textId="77777777" w:rsidTr="007D3A21">
        <w:trPr>
          <w:trHeight w:val="397"/>
        </w:trPr>
        <w:tc>
          <w:tcPr>
            <w:tcW w:w="534" w:type="dxa"/>
            <w:vAlign w:val="center"/>
          </w:tcPr>
          <w:p w14:paraId="3612F37F" w14:textId="016F4BDE" w:rsidR="007D3A21" w:rsidRDefault="007D3A21" w:rsidP="007D3A21">
            <w:pPr>
              <w:jc w:val="center"/>
              <w:rPr>
                <w:lang w:eastAsia="ja-JP"/>
              </w:rPr>
            </w:pPr>
            <w:r>
              <w:rPr>
                <w:rFonts w:hint="eastAsia"/>
                <w:lang w:eastAsia="ja-JP"/>
              </w:rPr>
              <w:t>8</w:t>
            </w:r>
          </w:p>
        </w:tc>
        <w:tc>
          <w:tcPr>
            <w:tcW w:w="2693" w:type="dxa"/>
            <w:vAlign w:val="center"/>
          </w:tcPr>
          <w:p w14:paraId="101423CF" w14:textId="77777777" w:rsidR="007D3A21" w:rsidRDefault="007D3A21" w:rsidP="007D3A21">
            <w:pPr>
              <w:jc w:val="both"/>
              <w:rPr>
                <w:lang w:eastAsia="ja-JP"/>
              </w:rPr>
            </w:pPr>
          </w:p>
        </w:tc>
        <w:tc>
          <w:tcPr>
            <w:tcW w:w="2410" w:type="dxa"/>
            <w:vAlign w:val="center"/>
          </w:tcPr>
          <w:p w14:paraId="6FAE796A" w14:textId="77777777" w:rsidR="007D3A21" w:rsidRDefault="007D3A21" w:rsidP="007D3A21">
            <w:pPr>
              <w:jc w:val="both"/>
              <w:rPr>
                <w:lang w:eastAsia="ja-JP"/>
              </w:rPr>
            </w:pPr>
          </w:p>
        </w:tc>
        <w:tc>
          <w:tcPr>
            <w:tcW w:w="2409" w:type="dxa"/>
            <w:vAlign w:val="center"/>
          </w:tcPr>
          <w:p w14:paraId="1374C0B6" w14:textId="77777777" w:rsidR="007D3A21" w:rsidRDefault="007D3A21" w:rsidP="007D3A21">
            <w:pPr>
              <w:jc w:val="both"/>
              <w:rPr>
                <w:lang w:eastAsia="ja-JP"/>
              </w:rPr>
            </w:pPr>
          </w:p>
        </w:tc>
        <w:tc>
          <w:tcPr>
            <w:tcW w:w="993" w:type="dxa"/>
            <w:vAlign w:val="center"/>
          </w:tcPr>
          <w:p w14:paraId="0111BA7F" w14:textId="77777777" w:rsidR="007D3A21" w:rsidRDefault="007D3A21" w:rsidP="007D3A21">
            <w:pPr>
              <w:jc w:val="both"/>
              <w:rPr>
                <w:lang w:eastAsia="ja-JP"/>
              </w:rPr>
            </w:pPr>
          </w:p>
        </w:tc>
        <w:tc>
          <w:tcPr>
            <w:tcW w:w="1984" w:type="dxa"/>
            <w:vAlign w:val="center"/>
          </w:tcPr>
          <w:p w14:paraId="202C4C57" w14:textId="77777777" w:rsidR="007D3A21" w:rsidRDefault="007D3A21" w:rsidP="007D3A21">
            <w:pPr>
              <w:jc w:val="both"/>
              <w:rPr>
                <w:lang w:eastAsia="ja-JP"/>
              </w:rPr>
            </w:pPr>
          </w:p>
        </w:tc>
        <w:tc>
          <w:tcPr>
            <w:tcW w:w="2693" w:type="dxa"/>
            <w:vAlign w:val="center"/>
          </w:tcPr>
          <w:p w14:paraId="5E7973E8" w14:textId="77777777" w:rsidR="007D3A21" w:rsidRDefault="007D3A21" w:rsidP="007D3A21">
            <w:pPr>
              <w:jc w:val="both"/>
              <w:rPr>
                <w:lang w:eastAsia="ja-JP"/>
              </w:rPr>
            </w:pPr>
          </w:p>
        </w:tc>
      </w:tr>
    </w:tbl>
    <w:p w14:paraId="234A8ABC" w14:textId="4033D77A" w:rsidR="004201D1" w:rsidRDefault="007D3A21">
      <w:pPr>
        <w:rPr>
          <w:lang w:eastAsia="ja-JP"/>
        </w:rPr>
      </w:pPr>
      <w:r>
        <w:rPr>
          <w:lang w:eastAsia="ja-JP"/>
        </w:rPr>
        <w:t>※ スノーモービルについては、メーカー、型式、</w:t>
      </w:r>
      <w:r w:rsidR="004C030D">
        <w:rPr>
          <w:rFonts w:hint="eastAsia"/>
          <w:lang w:eastAsia="ja-JP"/>
        </w:rPr>
        <w:t>車体</w:t>
      </w:r>
      <w:r>
        <w:rPr>
          <w:lang w:eastAsia="ja-JP"/>
        </w:rPr>
        <w:t>番号等、台数、所有者及び確保方法を確認できる資料を提出すること。</w:t>
      </w:r>
      <w:r>
        <w:rPr>
          <w:lang w:eastAsia="ja-JP"/>
        </w:rPr>
        <w:br/>
        <w:t>※ 自社所有以外の車両を使用する場合は、業務期間中に確実に使用できることを確認できる契約書等の資料を提出すること。</w:t>
      </w:r>
    </w:p>
    <w:sectPr w:rsidR="004201D1" w:rsidSect="007D3A21">
      <w:pgSz w:w="15840" w:h="12240" w:orient="landscape"/>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E057ED" w14:textId="77777777" w:rsidR="007D3A21" w:rsidRDefault="007D3A21" w:rsidP="007D3A21">
      <w:pPr>
        <w:spacing w:after="0" w:line="240" w:lineRule="auto"/>
      </w:pPr>
      <w:r>
        <w:separator/>
      </w:r>
    </w:p>
  </w:endnote>
  <w:endnote w:type="continuationSeparator" w:id="0">
    <w:p w14:paraId="1E74466C" w14:textId="77777777" w:rsidR="007D3A21" w:rsidRDefault="007D3A21" w:rsidP="007D3A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AF099E" w14:textId="77777777" w:rsidR="007D3A21" w:rsidRDefault="007D3A21" w:rsidP="007D3A21">
      <w:pPr>
        <w:spacing w:after="0" w:line="240" w:lineRule="auto"/>
      </w:pPr>
      <w:r>
        <w:separator/>
      </w:r>
    </w:p>
  </w:footnote>
  <w:footnote w:type="continuationSeparator" w:id="0">
    <w:p w14:paraId="19A2D8E0" w14:textId="77777777" w:rsidR="007D3A21" w:rsidRDefault="007D3A21" w:rsidP="007D3A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278876277">
    <w:abstractNumId w:val="8"/>
  </w:num>
  <w:num w:numId="2" w16cid:durableId="2137067297">
    <w:abstractNumId w:val="6"/>
  </w:num>
  <w:num w:numId="3" w16cid:durableId="1986009143">
    <w:abstractNumId w:val="5"/>
  </w:num>
  <w:num w:numId="4" w16cid:durableId="578559045">
    <w:abstractNumId w:val="4"/>
  </w:num>
  <w:num w:numId="5" w16cid:durableId="30150585">
    <w:abstractNumId w:val="7"/>
  </w:num>
  <w:num w:numId="6" w16cid:durableId="1127240533">
    <w:abstractNumId w:val="3"/>
  </w:num>
  <w:num w:numId="7" w16cid:durableId="434987113">
    <w:abstractNumId w:val="2"/>
  </w:num>
  <w:num w:numId="8" w16cid:durableId="449708743">
    <w:abstractNumId w:val="1"/>
  </w:num>
  <w:num w:numId="9" w16cid:durableId="3346529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720"/>
  <w:characterSpacingControl w:val="doNotCompress"/>
  <w:hdrShapeDefaults>
    <o:shapedefaults v:ext="edit" spidmax="8193">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201D1"/>
    <w:rsid w:val="004C030D"/>
    <w:rsid w:val="007D3A21"/>
    <w:rsid w:val="00A762A1"/>
    <w:rsid w:val="00AA1D8D"/>
    <w:rsid w:val="00B47730"/>
    <w:rsid w:val="00CB0664"/>
    <w:rsid w:val="00DF0167"/>
    <w:rsid w:val="00F6718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v:textbox inset="5.85pt,.7pt,5.85pt,.7pt"/>
    </o:shapedefaults>
    <o:shapelayout v:ext="edit">
      <o:idmap v:ext="edit" data="1"/>
    </o:shapelayout>
  </w:shapeDefaults>
  <w:decimalSymbol w:val="."/>
  <w:listSeparator w:val=","/>
  <w14:docId w14:val="39AD4E16"/>
  <w14:defaultImageDpi w14:val="300"/>
  <w15:docId w15:val="{98C9B3D4-BBF0-4D9B-85BB-436E950CA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ＭＳ 明朝" w:hAnsi="ＭＳ 明朝"/>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61</Words>
  <Characters>348</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114 owanilg</cp:lastModifiedBy>
  <cp:revision>2</cp:revision>
  <cp:lastPrinted>2026-10-02T05:17:00Z</cp:lastPrinted>
  <dcterms:created xsi:type="dcterms:W3CDTF">2026-10-26T05:47:00Z</dcterms:created>
  <dcterms:modified xsi:type="dcterms:W3CDTF">2026-10-26T05:47:00Z</dcterms:modified>
  <cp:category/>
</cp:coreProperties>
</file>