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90883" w14:textId="1B98BF3D" w:rsidR="004201D1" w:rsidRPr="00DF0167" w:rsidRDefault="00DF0167" w:rsidP="00DF0167">
      <w:pPr>
        <w:rPr>
          <w:sz w:val="24"/>
          <w:szCs w:val="24"/>
          <w:lang w:eastAsia="ja-JP"/>
        </w:rPr>
      </w:pPr>
      <w:r w:rsidRPr="00DF0167">
        <w:rPr>
          <w:rFonts w:hint="eastAsia"/>
          <w:sz w:val="24"/>
          <w:szCs w:val="24"/>
          <w:lang w:eastAsia="ja-JP"/>
        </w:rPr>
        <w:t>（</w:t>
      </w:r>
      <w:r w:rsidR="007D3A21" w:rsidRPr="00DF0167">
        <w:rPr>
          <w:sz w:val="24"/>
          <w:szCs w:val="24"/>
          <w:lang w:eastAsia="ja-JP"/>
        </w:rPr>
        <w:t>様式第</w:t>
      </w:r>
      <w:r w:rsidR="00F67180" w:rsidRPr="00DF0167">
        <w:rPr>
          <w:rFonts w:hint="eastAsia"/>
          <w:sz w:val="24"/>
          <w:szCs w:val="24"/>
          <w:lang w:eastAsia="ja-JP"/>
        </w:rPr>
        <w:t>６</w:t>
      </w:r>
      <w:r w:rsidR="007D3A21" w:rsidRPr="00DF0167">
        <w:rPr>
          <w:sz w:val="24"/>
          <w:szCs w:val="24"/>
          <w:lang w:eastAsia="ja-JP"/>
        </w:rPr>
        <w:t>号</w:t>
      </w:r>
      <w:r w:rsidRPr="00DF0167">
        <w:rPr>
          <w:rFonts w:hint="eastAsia"/>
          <w:sz w:val="24"/>
          <w:szCs w:val="24"/>
          <w:lang w:eastAsia="ja-JP"/>
        </w:rPr>
        <w:t>）</w:t>
      </w:r>
    </w:p>
    <w:p w14:paraId="3E888EF6" w14:textId="77777777" w:rsidR="004201D1" w:rsidRPr="00DF0167" w:rsidRDefault="007D3A21">
      <w:pPr>
        <w:jc w:val="center"/>
        <w:rPr>
          <w:sz w:val="24"/>
          <w:szCs w:val="24"/>
          <w:lang w:eastAsia="ja-JP"/>
        </w:rPr>
      </w:pPr>
      <w:r w:rsidRPr="00DF0167">
        <w:rPr>
          <w:b/>
          <w:sz w:val="24"/>
          <w:szCs w:val="24"/>
          <w:lang w:eastAsia="ja-JP"/>
        </w:rPr>
        <w:t>オペレーター配置予定者名簿</w:t>
      </w:r>
    </w:p>
    <w:p w14:paraId="17E1597F" w14:textId="77777777" w:rsidR="004201D1" w:rsidRPr="00DF0167" w:rsidRDefault="007D3A21">
      <w:pPr>
        <w:jc w:val="right"/>
        <w:rPr>
          <w:sz w:val="24"/>
          <w:szCs w:val="24"/>
        </w:rPr>
      </w:pPr>
      <w:proofErr w:type="spellStart"/>
      <w:r w:rsidRPr="00DF0167">
        <w:rPr>
          <w:sz w:val="24"/>
          <w:szCs w:val="24"/>
        </w:rPr>
        <w:t>令和</w:t>
      </w:r>
      <w:proofErr w:type="spellEnd"/>
      <w:r w:rsidRPr="00DF0167">
        <w:rPr>
          <w:sz w:val="24"/>
          <w:szCs w:val="24"/>
        </w:rPr>
        <w:t xml:space="preserve">　　年　　月　　日</w:t>
      </w:r>
    </w:p>
    <w:p w14:paraId="3B3326B8" w14:textId="103B374B" w:rsidR="004201D1" w:rsidRPr="00DF0167" w:rsidRDefault="007D3A21" w:rsidP="007D3A21">
      <w:pPr>
        <w:spacing w:line="240" w:lineRule="atLeast"/>
        <w:ind w:firstLineChars="100" w:firstLine="240"/>
        <w:rPr>
          <w:sz w:val="24"/>
          <w:szCs w:val="24"/>
          <w:lang w:eastAsia="ja-JP"/>
        </w:rPr>
      </w:pPr>
      <w:r w:rsidRPr="00DF0167">
        <w:rPr>
          <w:sz w:val="24"/>
          <w:szCs w:val="24"/>
          <w:lang w:eastAsia="ja-JP"/>
        </w:rPr>
        <w:t>第100回全日本学生スキー選手権大会</w:t>
      </w:r>
    </w:p>
    <w:p w14:paraId="001823EF" w14:textId="667739A8" w:rsidR="007D3A21" w:rsidRPr="00DF0167" w:rsidRDefault="007D3A21" w:rsidP="007D3A21">
      <w:pPr>
        <w:spacing w:line="240" w:lineRule="atLeast"/>
        <w:ind w:firstLineChars="200" w:firstLine="480"/>
        <w:rPr>
          <w:sz w:val="24"/>
          <w:szCs w:val="24"/>
          <w:lang w:eastAsia="ja-JP"/>
        </w:rPr>
      </w:pPr>
      <w:r w:rsidRPr="00DF0167">
        <w:rPr>
          <w:sz w:val="24"/>
          <w:szCs w:val="24"/>
          <w:lang w:eastAsia="ja-JP"/>
        </w:rPr>
        <w:t>大鰐町実行委員会</w:t>
      </w:r>
      <w:r w:rsidRPr="00DF0167">
        <w:rPr>
          <w:rFonts w:hint="eastAsia"/>
          <w:sz w:val="24"/>
          <w:szCs w:val="24"/>
          <w:lang w:eastAsia="ja-JP"/>
        </w:rPr>
        <w:t xml:space="preserve">　会長　山　田　年　伸　</w:t>
      </w:r>
      <w:r w:rsidRPr="00DF0167">
        <w:rPr>
          <w:sz w:val="24"/>
          <w:szCs w:val="24"/>
          <w:lang w:eastAsia="ja-JP"/>
        </w:rPr>
        <w:t xml:space="preserve">　様</w:t>
      </w:r>
    </w:p>
    <w:p w14:paraId="167F919F" w14:textId="77777777" w:rsidR="007D3A21" w:rsidRPr="00DF0167" w:rsidRDefault="007D3A21" w:rsidP="00DF0167">
      <w:pPr>
        <w:spacing w:line="240" w:lineRule="auto"/>
        <w:ind w:firstLineChars="3307" w:firstLine="7937"/>
        <w:rPr>
          <w:sz w:val="24"/>
          <w:szCs w:val="24"/>
          <w:lang w:eastAsia="ja-JP"/>
        </w:rPr>
      </w:pPr>
      <w:r w:rsidRPr="00DF0167">
        <w:rPr>
          <w:sz w:val="24"/>
          <w:szCs w:val="24"/>
          <w:lang w:eastAsia="ja-JP"/>
        </w:rPr>
        <w:t>所在地</w:t>
      </w:r>
    </w:p>
    <w:p w14:paraId="370250A3" w14:textId="77777777" w:rsidR="007D3A21" w:rsidRPr="00DF0167" w:rsidRDefault="007D3A21" w:rsidP="00DF0167">
      <w:pPr>
        <w:spacing w:line="240" w:lineRule="auto"/>
        <w:ind w:firstLineChars="3307" w:firstLine="7937"/>
        <w:rPr>
          <w:sz w:val="24"/>
          <w:szCs w:val="24"/>
          <w:lang w:eastAsia="ja-JP"/>
        </w:rPr>
      </w:pPr>
      <w:r w:rsidRPr="00DF0167">
        <w:rPr>
          <w:sz w:val="24"/>
          <w:szCs w:val="24"/>
          <w:lang w:eastAsia="ja-JP"/>
        </w:rPr>
        <w:t>商号又は名称</w:t>
      </w:r>
    </w:p>
    <w:p w14:paraId="6EDC48D1" w14:textId="77777777" w:rsidR="007D3A21" w:rsidRPr="00DF0167" w:rsidRDefault="007D3A21" w:rsidP="00DF0167">
      <w:pPr>
        <w:spacing w:line="240" w:lineRule="auto"/>
        <w:ind w:firstLineChars="3307" w:firstLine="7937"/>
        <w:rPr>
          <w:sz w:val="24"/>
          <w:szCs w:val="24"/>
          <w:lang w:eastAsia="ja-JP"/>
        </w:rPr>
      </w:pPr>
      <w:r w:rsidRPr="00DF0167">
        <w:rPr>
          <w:sz w:val="24"/>
          <w:szCs w:val="24"/>
          <w:lang w:eastAsia="ja-JP"/>
        </w:rPr>
        <w:t>代表者氏名　　　　　　　　　　　　　　　　印</w:t>
      </w:r>
    </w:p>
    <w:p w14:paraId="0D52D16C" w14:textId="77777777" w:rsidR="007D3A21" w:rsidRPr="00DF0167" w:rsidRDefault="007D3A21">
      <w:pPr>
        <w:rPr>
          <w:sz w:val="24"/>
          <w:szCs w:val="24"/>
          <w:lang w:eastAsia="ja-JP"/>
        </w:rPr>
      </w:pPr>
    </w:p>
    <w:p w14:paraId="0D7786E4" w14:textId="77777777" w:rsidR="004201D1" w:rsidRPr="00DF0167" w:rsidRDefault="007D3A21" w:rsidP="007D3A21">
      <w:pPr>
        <w:ind w:firstLineChars="100" w:firstLine="240"/>
        <w:rPr>
          <w:sz w:val="24"/>
          <w:szCs w:val="24"/>
          <w:lang w:eastAsia="ja-JP"/>
        </w:rPr>
      </w:pPr>
      <w:r w:rsidRPr="00DF0167">
        <w:rPr>
          <w:sz w:val="24"/>
          <w:szCs w:val="24"/>
          <w:lang w:eastAsia="ja-JP"/>
        </w:rPr>
        <w:t>「第100回全日本学生スキー選手権大会」スノーモービル運行業務委託に係る入札参加資格の確認のため、下記のとおりオペレーター配置予定者を提出します。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32"/>
        <w:gridCol w:w="2661"/>
        <w:gridCol w:w="2383"/>
        <w:gridCol w:w="2662"/>
        <w:gridCol w:w="3081"/>
        <w:gridCol w:w="2243"/>
      </w:tblGrid>
      <w:tr w:rsidR="007D3A21" w14:paraId="51BEB435" w14:textId="77777777" w:rsidTr="007D3A21">
        <w:tc>
          <w:tcPr>
            <w:tcW w:w="534" w:type="dxa"/>
            <w:vAlign w:val="center"/>
          </w:tcPr>
          <w:p w14:paraId="47ED860A" w14:textId="77777777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No</w:t>
            </w:r>
          </w:p>
        </w:tc>
        <w:tc>
          <w:tcPr>
            <w:tcW w:w="2693" w:type="dxa"/>
            <w:vAlign w:val="center"/>
          </w:tcPr>
          <w:p w14:paraId="7E3C00E0" w14:textId="27D7C08C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氏名</w:t>
            </w:r>
          </w:p>
        </w:tc>
        <w:tc>
          <w:tcPr>
            <w:tcW w:w="2410" w:type="dxa"/>
            <w:vAlign w:val="center"/>
          </w:tcPr>
          <w:p w14:paraId="5EFA8A02" w14:textId="19F45374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所属</w:t>
            </w:r>
          </w:p>
        </w:tc>
        <w:tc>
          <w:tcPr>
            <w:tcW w:w="2693" w:type="dxa"/>
            <w:vAlign w:val="center"/>
          </w:tcPr>
          <w:p w14:paraId="4C8D59A6" w14:textId="18D8FCEB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スノーモービル運転経験</w:t>
            </w:r>
          </w:p>
        </w:tc>
        <w:tc>
          <w:tcPr>
            <w:tcW w:w="3118" w:type="dxa"/>
            <w:vAlign w:val="center"/>
          </w:tcPr>
          <w:p w14:paraId="65B516DC" w14:textId="1F93B39E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経験年数</w:t>
            </w:r>
          </w:p>
        </w:tc>
        <w:tc>
          <w:tcPr>
            <w:tcW w:w="2268" w:type="dxa"/>
            <w:vAlign w:val="center"/>
          </w:tcPr>
          <w:p w14:paraId="6F3AE2CA" w14:textId="20AEFF23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備考</w:t>
            </w:r>
          </w:p>
        </w:tc>
      </w:tr>
      <w:tr w:rsidR="007D3A21" w14:paraId="74B2EA60" w14:textId="77777777" w:rsidTr="007D3A21">
        <w:trPr>
          <w:trHeight w:val="397"/>
        </w:trPr>
        <w:tc>
          <w:tcPr>
            <w:tcW w:w="534" w:type="dxa"/>
            <w:vAlign w:val="center"/>
          </w:tcPr>
          <w:p w14:paraId="1C1435EA" w14:textId="77777777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1</w:t>
            </w:r>
          </w:p>
        </w:tc>
        <w:tc>
          <w:tcPr>
            <w:tcW w:w="2693" w:type="dxa"/>
            <w:vAlign w:val="center"/>
          </w:tcPr>
          <w:p w14:paraId="4E65119F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1661E2C5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44456985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35EDF7DF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054AF6B7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</w:tr>
      <w:tr w:rsidR="007D3A21" w14:paraId="40633ECF" w14:textId="77777777" w:rsidTr="007D3A21">
        <w:trPr>
          <w:trHeight w:val="397"/>
        </w:trPr>
        <w:tc>
          <w:tcPr>
            <w:tcW w:w="534" w:type="dxa"/>
            <w:vAlign w:val="center"/>
          </w:tcPr>
          <w:p w14:paraId="0ED65220" w14:textId="77777777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2</w:t>
            </w:r>
          </w:p>
        </w:tc>
        <w:tc>
          <w:tcPr>
            <w:tcW w:w="2693" w:type="dxa"/>
            <w:vAlign w:val="center"/>
          </w:tcPr>
          <w:p w14:paraId="4F1942CE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1724C6FC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78F26578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062BA814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53DBC7EE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</w:tr>
      <w:tr w:rsidR="007D3A21" w14:paraId="7A254DB7" w14:textId="77777777" w:rsidTr="007D3A21">
        <w:trPr>
          <w:trHeight w:val="397"/>
        </w:trPr>
        <w:tc>
          <w:tcPr>
            <w:tcW w:w="534" w:type="dxa"/>
            <w:vAlign w:val="center"/>
          </w:tcPr>
          <w:p w14:paraId="3A6D7500" w14:textId="77777777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3</w:t>
            </w:r>
          </w:p>
        </w:tc>
        <w:tc>
          <w:tcPr>
            <w:tcW w:w="2693" w:type="dxa"/>
            <w:vAlign w:val="center"/>
          </w:tcPr>
          <w:p w14:paraId="142E46C3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4E5D5E70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6EFCBFFB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715E0375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3EB78256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</w:tr>
      <w:tr w:rsidR="007D3A21" w14:paraId="22E79765" w14:textId="77777777" w:rsidTr="007D3A21">
        <w:trPr>
          <w:trHeight w:val="397"/>
        </w:trPr>
        <w:tc>
          <w:tcPr>
            <w:tcW w:w="534" w:type="dxa"/>
            <w:vAlign w:val="center"/>
          </w:tcPr>
          <w:p w14:paraId="04235C8C" w14:textId="77777777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4</w:t>
            </w:r>
          </w:p>
        </w:tc>
        <w:tc>
          <w:tcPr>
            <w:tcW w:w="2693" w:type="dxa"/>
            <w:vAlign w:val="center"/>
          </w:tcPr>
          <w:p w14:paraId="5BA20C19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72B6FF7C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7174212B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0F2968D5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42A770BF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</w:tr>
      <w:tr w:rsidR="007D3A21" w14:paraId="6F70409E" w14:textId="77777777" w:rsidTr="007D3A21">
        <w:trPr>
          <w:trHeight w:val="397"/>
        </w:trPr>
        <w:tc>
          <w:tcPr>
            <w:tcW w:w="534" w:type="dxa"/>
            <w:vAlign w:val="center"/>
          </w:tcPr>
          <w:p w14:paraId="29A7B0A5" w14:textId="77777777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5</w:t>
            </w:r>
          </w:p>
        </w:tc>
        <w:tc>
          <w:tcPr>
            <w:tcW w:w="2693" w:type="dxa"/>
            <w:vAlign w:val="center"/>
          </w:tcPr>
          <w:p w14:paraId="21307133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5A738166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1C381806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2EFE5C39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6F24B977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</w:tr>
      <w:tr w:rsidR="007D3A21" w14:paraId="1C352B3F" w14:textId="77777777" w:rsidTr="007D3A21">
        <w:trPr>
          <w:trHeight w:val="397"/>
        </w:trPr>
        <w:tc>
          <w:tcPr>
            <w:tcW w:w="534" w:type="dxa"/>
            <w:vAlign w:val="center"/>
          </w:tcPr>
          <w:p w14:paraId="406BEFB3" w14:textId="77777777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6</w:t>
            </w:r>
          </w:p>
        </w:tc>
        <w:tc>
          <w:tcPr>
            <w:tcW w:w="2693" w:type="dxa"/>
            <w:vAlign w:val="center"/>
          </w:tcPr>
          <w:p w14:paraId="07D77B13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70994198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42765F2D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522E1E08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4E430D32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</w:tr>
      <w:tr w:rsidR="007D3A21" w14:paraId="50DEFCEE" w14:textId="77777777" w:rsidTr="007D3A21">
        <w:trPr>
          <w:trHeight w:val="397"/>
        </w:trPr>
        <w:tc>
          <w:tcPr>
            <w:tcW w:w="534" w:type="dxa"/>
            <w:vAlign w:val="center"/>
          </w:tcPr>
          <w:p w14:paraId="3EC8C90F" w14:textId="77777777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7</w:t>
            </w:r>
          </w:p>
        </w:tc>
        <w:tc>
          <w:tcPr>
            <w:tcW w:w="2693" w:type="dxa"/>
            <w:vAlign w:val="center"/>
          </w:tcPr>
          <w:p w14:paraId="37D60EA1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29FC0996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450883D4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72B628AA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5142FAFE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</w:tr>
      <w:tr w:rsidR="007D3A21" w14:paraId="48624801" w14:textId="77777777" w:rsidTr="007D3A21">
        <w:trPr>
          <w:trHeight w:val="397"/>
        </w:trPr>
        <w:tc>
          <w:tcPr>
            <w:tcW w:w="534" w:type="dxa"/>
            <w:vAlign w:val="center"/>
          </w:tcPr>
          <w:p w14:paraId="159A2655" w14:textId="77777777" w:rsidR="007D3A21" w:rsidRDefault="007D3A21" w:rsidP="007D3A21">
            <w:pPr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8</w:t>
            </w:r>
          </w:p>
        </w:tc>
        <w:tc>
          <w:tcPr>
            <w:tcW w:w="2693" w:type="dxa"/>
            <w:vAlign w:val="center"/>
          </w:tcPr>
          <w:p w14:paraId="55BD459F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410" w:type="dxa"/>
            <w:vAlign w:val="center"/>
          </w:tcPr>
          <w:p w14:paraId="5924CE2F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693" w:type="dxa"/>
            <w:vAlign w:val="center"/>
          </w:tcPr>
          <w:p w14:paraId="7406D0B7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3118" w:type="dxa"/>
            <w:vAlign w:val="center"/>
          </w:tcPr>
          <w:p w14:paraId="4481EF0C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  <w:tc>
          <w:tcPr>
            <w:tcW w:w="2268" w:type="dxa"/>
            <w:vAlign w:val="center"/>
          </w:tcPr>
          <w:p w14:paraId="47BC6EDC" w14:textId="77777777" w:rsidR="007D3A21" w:rsidRDefault="007D3A21" w:rsidP="007D3A21">
            <w:pPr>
              <w:jc w:val="both"/>
              <w:rPr>
                <w:lang w:eastAsia="ja-JP"/>
              </w:rPr>
            </w:pPr>
          </w:p>
        </w:tc>
      </w:tr>
    </w:tbl>
    <w:p w14:paraId="58630B22" w14:textId="6E49A5A3" w:rsidR="004201D1" w:rsidRDefault="007D3A21">
      <w:pPr>
        <w:rPr>
          <w:lang w:eastAsia="ja-JP"/>
        </w:rPr>
      </w:pPr>
      <w:r>
        <w:rPr>
          <w:lang w:eastAsia="ja-JP"/>
        </w:rPr>
        <w:t>※オペレーターについては、氏名、スノーモービル運転経験等を確認できる資料を提出すること。</w:t>
      </w:r>
    </w:p>
    <w:sectPr w:rsidR="004201D1" w:rsidSect="007D3A21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057ED" w14:textId="77777777" w:rsidR="007D3A21" w:rsidRDefault="007D3A21" w:rsidP="007D3A21">
      <w:pPr>
        <w:spacing w:after="0" w:line="240" w:lineRule="auto"/>
      </w:pPr>
      <w:r>
        <w:separator/>
      </w:r>
    </w:p>
  </w:endnote>
  <w:endnote w:type="continuationSeparator" w:id="0">
    <w:p w14:paraId="1E74466C" w14:textId="77777777" w:rsidR="007D3A21" w:rsidRDefault="007D3A21" w:rsidP="007D3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F099E" w14:textId="77777777" w:rsidR="007D3A21" w:rsidRDefault="007D3A21" w:rsidP="007D3A21">
      <w:pPr>
        <w:spacing w:after="0" w:line="240" w:lineRule="auto"/>
      </w:pPr>
      <w:r>
        <w:separator/>
      </w:r>
    </w:p>
  </w:footnote>
  <w:footnote w:type="continuationSeparator" w:id="0">
    <w:p w14:paraId="19A2D8E0" w14:textId="77777777" w:rsidR="007D3A21" w:rsidRDefault="007D3A21" w:rsidP="007D3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8876277">
    <w:abstractNumId w:val="8"/>
  </w:num>
  <w:num w:numId="2" w16cid:durableId="2137067297">
    <w:abstractNumId w:val="6"/>
  </w:num>
  <w:num w:numId="3" w16cid:durableId="1986009143">
    <w:abstractNumId w:val="5"/>
  </w:num>
  <w:num w:numId="4" w16cid:durableId="578559045">
    <w:abstractNumId w:val="4"/>
  </w:num>
  <w:num w:numId="5" w16cid:durableId="30150585">
    <w:abstractNumId w:val="7"/>
  </w:num>
  <w:num w:numId="6" w16cid:durableId="1127240533">
    <w:abstractNumId w:val="3"/>
  </w:num>
  <w:num w:numId="7" w16cid:durableId="434987113">
    <w:abstractNumId w:val="2"/>
  </w:num>
  <w:num w:numId="8" w16cid:durableId="449708743">
    <w:abstractNumId w:val="1"/>
  </w:num>
  <w:num w:numId="9" w16cid:durableId="334652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01D1"/>
    <w:rsid w:val="004C030D"/>
    <w:rsid w:val="005E39EB"/>
    <w:rsid w:val="007D3A21"/>
    <w:rsid w:val="00AA1D8D"/>
    <w:rsid w:val="00B47730"/>
    <w:rsid w:val="00CB0664"/>
    <w:rsid w:val="00DF0167"/>
    <w:rsid w:val="00F671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9AD4E16"/>
  <w14:defaultImageDpi w14:val="300"/>
  <w15:docId w15:val="{98C9B3D4-BBF0-4D9B-85BB-436E950C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hAnsi="ＭＳ 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114 owanilg</cp:lastModifiedBy>
  <cp:revision>2</cp:revision>
  <cp:lastPrinted>2026-10-02T05:17:00Z</cp:lastPrinted>
  <dcterms:created xsi:type="dcterms:W3CDTF">2026-10-26T05:48:00Z</dcterms:created>
  <dcterms:modified xsi:type="dcterms:W3CDTF">2026-10-26T05:48:00Z</dcterms:modified>
  <cp:category/>
</cp:coreProperties>
</file>